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 w:line="240" w:lineRule="auto"/>
        <w:ind w:firstLine="0"/>
        <w:jc w:val="center"/>
      </w:pPr>
      <w:commentRangeStart w:id="0"/>
      <w:r>
        <w:rPr>
          <w:rFonts w:ascii="Times New Roman" w:hAnsi="Times New Roman" w:eastAsia="Times New Roman" w:cs="Times New Roman"/>
          <w:b/>
          <w:sz w:val="22"/>
        </w:rPr>
        <w:t>[TÍTULO DO PRÉ-PROJETO DE PESQUISA]</w:t>
      </w:r>
      <w:commentRangeEnd w:id="0"/>
      <w:r>
        <w:rPr>
          <w:rStyle w:val="CommentReference"/>
          <w:rFonts w:ascii="Times New Roman" w:hAnsi="Times New Roman" w:eastAsia="Times New Roman" w:cs="Times New Roman"/>
          <w:sz w:val="22"/>
        </w:rPr>
        <w:commentReference w:id="0"/>
      </w:r>
    </w:p>
    <w:p>
      <w:pPr>
        <w:pStyle w:val="Heading1"/>
      </w:pPr>
      <w:r>
        <w:rPr>
          <w:rFonts w:ascii="Times New Roman" w:hAnsi="Times New Roman" w:eastAsia="Times New Roman" w:cs="Times New Roman"/>
          <w:b/>
          <w:sz w:val="22"/>
        </w:rPr>
        <w:t>1. Problema de Pesquisa e Objetivos</w:t>
      </w:r>
    </w:p>
    <w:p>
      <w:pPr>
        <w:jc w:val="both"/>
      </w:pPr>
      <w:r>
        <w:rPr>
          <w:rFonts w:ascii="Times New Roman" w:hAnsi="Times New Roman" w:eastAsia="Times New Roman" w:cs="Times New Roman"/>
          <w:sz w:val="22"/>
        </w:rPr>
        <w:t>[Apresente e delimite o problema de pesquisa em Computação, sua motivação e relevância. Formule claramente a questão ou hipótese de pesquisa e explicite o objetivo geral e, quando apropriado, os objetivos específicos. Indique a conexão do tema com a abrangência temática do PPGCC, sem identificar possíveis orientadores. Substitua este texto pelo conteúdo do pré-projeto.]</w:t>
      </w:r>
    </w:p>
    <w:p>
      <w:pPr>
        <w:pStyle w:val="Heading1"/>
      </w:pPr>
      <w:r>
        <w:rPr>
          <w:rFonts w:ascii="Times New Roman" w:hAnsi="Times New Roman" w:eastAsia="Times New Roman" w:cs="Times New Roman"/>
          <w:b/>
          <w:sz w:val="22"/>
        </w:rPr>
        <w:t>2. Trabalhos Relacionados e Resultados Esperados</w:t>
      </w:r>
    </w:p>
    <w:p>
      <w:pPr>
        <w:jc w:val="both"/>
      </w:pPr>
      <w:r>
        <w:rPr>
          <w:rFonts w:ascii="Times New Roman" w:hAnsi="Times New Roman" w:eastAsia="Times New Roman" w:cs="Times New Roman"/>
          <w:sz w:val="22"/>
        </w:rPr>
        <w:t>[Contextualize a proposta em relação à literatura relevante, destacando o estado da arte, limitações ou lacunas que motivam a pesquisa. Descreva os resultados esperados e as contribuições científicas e/ou tecnológicas previstas. Utilize referências bibliográficas no corpo do texto. Substitua este texto pelo conteúdo do pré-projeto.]</w:t>
      </w:r>
    </w:p>
    <w:p>
      <w:pPr>
        <w:pStyle w:val="Heading1"/>
      </w:pPr>
      <w:r>
        <w:rPr>
          <w:rFonts w:ascii="Times New Roman" w:hAnsi="Times New Roman" w:eastAsia="Times New Roman" w:cs="Times New Roman"/>
          <w:b/>
          <w:sz w:val="22"/>
        </w:rPr>
        <w:t>3. Metodologia Científica e Exequibilidade da Proposta</w:t>
      </w:r>
    </w:p>
    <w:p>
      <w:pPr>
        <w:jc w:val="both"/>
      </w:pPr>
      <w:r>
        <w:rPr>
          <w:rFonts w:ascii="Times New Roman" w:hAnsi="Times New Roman" w:eastAsia="Times New Roman" w:cs="Times New Roman"/>
          <w:sz w:val="22"/>
        </w:rPr>
        <w:t>[Descreva a metodologia científica que será empregada para atingir os objetivos: dados, modelos, métodos, experimentos, critérios de avaliação, comparações, validações e/ou procedimentos de análise, conforme pertinente. Explique por que a proposta é exequível no período do mestrado, considerando escopo, recursos necessários e um encadeamento realista das principais etapas. Substitua este texto pelo conteúdo do pré-projeto.]</w:t>
      </w:r>
    </w:p>
    <w:p>
      <w:pPr>
        <w:pStyle w:val="Heading1"/>
      </w:pPr>
      <w:commentRangeStart w:id="1"/>
      <w:r>
        <w:rPr>
          <w:rFonts w:ascii="Times New Roman" w:hAnsi="Times New Roman" w:eastAsia="Times New Roman" w:cs="Times New Roman"/>
          <w:b/>
          <w:sz w:val="22"/>
        </w:rPr>
        <w:t>4. Referências</w:t>
      </w:r>
      <w:commentRangeEnd w:id="1"/>
      <w:r>
        <w:rPr>
          <w:rStyle w:val="CommentReference"/>
          <w:rFonts w:ascii="Times New Roman" w:hAnsi="Times New Roman" w:eastAsia="Times New Roman" w:cs="Times New Roman"/>
          <w:sz w:val="22"/>
        </w:rPr>
        <w:commentReference w:id="1"/>
      </w:r>
    </w:p>
    <w:p>
      <w:pPr>
        <w:jc w:val="both"/>
      </w:pPr>
      <w:r>
        <w:rPr>
          <w:rFonts w:ascii="Times New Roman" w:hAnsi="Times New Roman" w:eastAsia="Times New Roman" w:cs="Times New Roman"/>
          <w:sz w:val="22"/>
        </w:rPr>
        <w:t>[Liste apenas as referências efetivamente citadas no texto, em formato bibliográfico consistente. As referências também fazem parte do limite total de 3 páginas. Substitua este texto pelas referências.]</w:t>
      </w:r>
    </w:p>
    <w:sectPr w:rsidR="00FC693F" w:rsidRPr="0006063C" w:rsidSect="00034616"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comments.xml><?xml version="1.0" encoding="utf-8"?>
<w:comments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xmlns:mc="http://schemas.openxmlformats.org/markup-compatibility/2006" xmlns:a14="http://schemas.microsoft.com/office/drawing/2010/main" xmlns:w14="http://schemas.microsoft.com/office/word/2010/wordml" xmlns:wpc="http://schemas.microsoft.com/office/word/2010/wordprocessingCanvas">
  <w:comment w:id="0" w:author="PPGCC" w:initials="PPGCC" w:date="2026-09-09T18:57:30Z">
    <w:p>
      <w:pPr>
        <w:pStyle w:val="CommentText"/>
      </w:pPr>
      <w:r>
        <w:rPr>
          <w:rStyle w:val="CommentReference"/>
        </w:rPr>
        <w:annotationRef/>
      </w:r>
      <w:r>
        <w:t>IMPORTANTE PARA A VERSÃO FINAL:</w:t>
      </w:r>
    </w:p>
    <w:p>
      <w:pPr>
        <w:pStyle w:val="CommentText"/>
      </w:pPr>
      <w:r>
        <w:t>1) Remova/substitua todos os textos entre colchetes.</w:t>
      </w:r>
    </w:p>
    <w:p>
      <w:pPr>
        <w:pStyle w:val="CommentText"/>
      </w:pPr>
      <w:r>
        <w:t>2) Não inclua nome, e-mail, orientador(a), grupo de pesquisa ou qualquer outra identificação de autoria.</w:t>
      </w:r>
    </w:p>
    <w:p>
      <w:pPr>
        <w:pStyle w:val="CommentText"/>
      </w:pPr>
      <w:r>
        <w:t>3) O documento final deve ter no máximo 3 páginas, incluindo as referências.</w:t>
      </w:r>
    </w:p>
    <w:p>
      <w:pPr>
        <w:pStyle w:val="CommentText"/>
      </w:pPr>
      <w:r>
        <w:t>4) Não altere o tamanho da fonte (11 pt) nem o espaçamento (simples).</w:t>
      </w:r>
    </w:p>
  </w:comment>
  <w:comment w:id="1" w:author="PPGCC" w:initials="PPGCC" w:date="2026-09-09T18:57:30Z">
    <w:p>
      <w:pPr>
        <w:pStyle w:val="CommentText"/>
      </w:pPr>
      <w:r>
        <w:rPr>
          <w:rStyle w:val="CommentReference"/>
        </w:rPr>
        <w:annotationRef/>
      </w:r>
      <w:r>
        <w:t>USO DE ARQUIVO .BIB NO WORD:</w:t>
      </w:r>
    </w:p>
    <w:p>
      <w:pPr>
        <w:pStyle w:val="CommentText"/>
      </w:pPr>
      <w:r>
        <w:t>O Microsoft Word não possui um comando nativo equivalente a \bibliography{...} do BibTeX. Para aproveitar um arquivo .bib, importe-o em um gerenciador bibliográfico compatível com Word (por exemplo, Zotero) e use o complemento do gerenciador para inserir as citações e gerar a bibliografia. No Zotero, importe o arquivo .bib para a biblioteca, escolha o estilo bibliográfico desejado e use Add/Edit Citation e Add/Edit Bibliography no Word. Remova este comentário na versão final.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0" w:line="240" w:lineRule="auto"/>
      <w:ind w:firstLine="709"/>
      <w:jc w:val="both"/>
    </w:pPr>
    <w:rPr>
      <w:rFonts w:ascii="Times New Roman" w:hAnsi="Times New Roman"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spacing w:before="120" w:after="60" w:line="240" w:lineRule="auto"/>
      <w:ind w:firstLine="0" w:left="0"/>
      <w:jc w:val="left"/>
      <w:outlineLvl w:val="0"/>
    </w:pPr>
    <w:rPr>
      <w:rFonts w:asciiTheme="majorHAnsi" w:eastAsiaTheme="majorEastAsia" w:hAnsiTheme="majorHAnsi" w:cstheme="majorBidi" w:ascii="Times New Roman" w:hAnsi="Times New Roman" w:eastAsia="Times New Roman" w:cs="Times New Roman"/>
      <w:b/>
      <w:bCs/>
      <w:i w:val="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de Pré-Projeto de Pesquisa (Mestrado) - PPGCC/UFMG - Anexo VI</dc:title>
  <dc:subject>Template anônimo de pré-projeto de pesquisa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