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ind w:firstLine="0"/>
        <w:jc w:val="center"/>
      </w:pPr>
      <w:r>
        <w:rPr>
          <w:rFonts w:ascii="Times New Roman" w:hAnsi="Times New Roman"/>
          <w:b/>
          <w:sz w:val="22"/>
        </w:rPr>
        <w:t>[TÍTULO DO PROJETO DE PESQUISA]</w:t>
      </w:r>
    </w:p>
    <w:p>
      <w:pPr>
        <w:pStyle w:val="Heading1"/>
        <w:jc w:val="left"/>
      </w:pPr>
      <w:r>
        <w:rPr>
          <w:rFonts w:ascii="Times New Roman" w:hAnsi="Times New Roman"/>
          <w:b/>
          <w:sz w:val="22"/>
        </w:rPr>
        <w:t>1. Introdução e Contextualização do Projeto de Pesquisa</w:t>
      </w:r>
    </w:p>
    <w:p>
      <w:pPr>
        <w:jc w:val="both"/>
      </w:pPr>
      <w:r>
        <w:rPr>
          <w:rFonts w:ascii="Times New Roman" w:hAnsi="Times New Roman"/>
          <w:sz w:val="22"/>
        </w:rPr>
        <w:t>[Apresente e contextualize o tema do projeto. Defina claramente o problema de pesquisa em Ciência da Computação, apresente sua relevância para a sociedade e para a Computação e descreva o objetivo geral e, quando apropriado, os objetivos específicos. Evidencie a originalidade da proposta e sua adequação às linhas de pesquisa do PPGCC. Mantenha o projeto anônimo, sem qualquer identificação de autoria. Na avaliação, esta seção corresponde a até 30 pontos. Substitua este texto pelo conteúdo do projeto.]</w:t>
      </w:r>
    </w:p>
    <w:p>
      <w:pPr>
        <w:pStyle w:val="Heading1"/>
        <w:jc w:val="left"/>
      </w:pPr>
      <w:r>
        <w:rPr>
          <w:rFonts w:ascii="Times New Roman" w:hAnsi="Times New Roman"/>
          <w:b/>
          <w:sz w:val="22"/>
        </w:rPr>
        <w:t>2. Exploração Preliminar da Literatura</w:t>
      </w:r>
    </w:p>
    <w:p>
      <w:pPr>
        <w:jc w:val="both"/>
      </w:pPr>
      <w:r>
        <w:rPr>
          <w:rFonts w:ascii="Times New Roman" w:hAnsi="Times New Roman"/>
          <w:sz w:val="22"/>
        </w:rPr>
        <w:t>[Apresente os principais trabalhos relacionados ao tema, caracterize o estado da arte e identifique claramente a lacuna de pesquisa a ser explorada. Relacione criticamente a literatura ao problema proposto, destacando limitações das abordagens existentes e como o projeto pretende avançar o conhecimento na área. Utilize referências bibliográficas no corpo do texto. Na avaliação, esta seção corresponde a até 40 pontos. Substitua este texto pelo conteúdo do projeto.]</w:t>
      </w:r>
    </w:p>
    <w:p>
      <w:pPr>
        <w:pStyle w:val="Heading1"/>
        <w:jc w:val="left"/>
      </w:pPr>
      <w:r>
        <w:rPr>
          <w:rFonts w:ascii="Times New Roman" w:hAnsi="Times New Roman"/>
          <w:b/>
          <w:sz w:val="22"/>
        </w:rPr>
        <w:t>3. Metodologia Científica</w:t>
      </w:r>
    </w:p>
    <w:p>
      <w:pPr>
        <w:jc w:val="both"/>
      </w:pPr>
      <w:r>
        <w:rPr>
          <w:rFonts w:ascii="Times New Roman" w:hAnsi="Times New Roman"/>
          <w:sz w:val="22"/>
        </w:rPr>
        <w:t>[Apresente e justifique a metodologia científica proposta para abordar o problema de pesquisa e atingir os objetivos estabelecidos. Descreva, conforme pertinente, dados, modelos, métodos, procedimentos, experimentos, linhas de base, métricas, estratégias de validação e procedimentos de análise. Explique o encadeamento das etapas e como a metodologia proposta permitirá responder à questão de pesquisa. Na avaliação, esta seção corresponde a até 20 pontos. Substitua este texto pelo conteúdo do projeto.]</w:t>
      </w:r>
    </w:p>
    <w:p>
      <w:pPr>
        <w:pStyle w:val="Heading1"/>
        <w:jc w:val="left"/>
      </w:pPr>
      <w:r>
        <w:rPr>
          <w:rFonts w:ascii="Times New Roman" w:hAnsi="Times New Roman"/>
          <w:b/>
          <w:sz w:val="22"/>
        </w:rPr>
        <w:t>4. Plano de Curso</w:t>
      </w:r>
    </w:p>
    <w:p>
      <w:pPr>
        <w:jc w:val="both"/>
      </w:pPr>
      <w:r>
        <w:rPr>
          <w:rFonts w:ascii="Times New Roman" w:hAnsi="Times New Roman"/>
          <w:sz w:val="22"/>
        </w:rPr>
        <w:t>[Apresente as disciplinas a serem cursadas, as atividades acadêmicas e de pesquisa adicionais previstas e o cronograma de execução do projeto. O cronograma deve relacionar as principais etapas da pesquisa às atividades previstas ao longo do curso. Na avaliação, esta seção corresponde a até 10 pontos. Substitua este texto pelo conteúdo do projeto.]</w:t>
      </w:r>
    </w:p>
    <w:p>
      <w:pPr>
        <w:pStyle w:val="Heading1"/>
        <w:jc w:val="left"/>
      </w:pPr>
      <w:r>
        <w:rPr>
          <w:rFonts w:ascii="Times New Roman" w:hAnsi="Times New Roman"/>
          <w:b/>
          <w:sz w:val="22"/>
        </w:rPr>
        <w:t>5. Referências</w:t>
      </w:r>
    </w:p>
    <w:p>
      <w:pPr>
        <w:jc w:val="both"/>
      </w:pPr>
      <w:r>
        <w:rPr>
          <w:rFonts w:ascii="Times New Roman" w:hAnsi="Times New Roman"/>
          <w:sz w:val="22"/>
        </w:rPr>
        <w:t>[Liste apenas as referências efetivamente citadas no texto, utilizando um formato bibliográfico consistente. O Projeto de Pesquisa completo deve respeitar o limite máximo de 10 páginas estabelecido no Anexo III e ser submetido em formato PDF. Substitua este texto pelas referências.]</w:t>
      </w:r>
    </w:p>
    <w:sectPr w:rsidR="00FC693F" w:rsidRPr="0006063C" w:rsidSect="00034616">
      <w:headerReference w:type="default" r:id="rId10"/>
      <w:footerReference w:type="default" r:id="rId11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PPGCC" w:initials="PPGCC" w:date="2026-09-09T18:57:30Z">
    <w:p>
      <w:pPr>
        <w:pStyle w:val="CommentText"/>
      </w:pPr>
      <w:r>
        <w:rPr>
          <w:rStyle w:val="CommentReference"/>
        </w:rPr>
        <w:annotationRef/>
      </w:r>
      <w:r>
        <w:t>IMPORTANTE PARA A VERSÃO FINAL:</w:t>
      </w:r>
    </w:p>
    <w:p>
      <w:pPr>
        <w:pStyle w:val="CommentText"/>
      </w:pPr>
      <w:r>
        <w:t>1) Remova/substitua todos os textos entre colchetes.</w:t>
      </w:r>
    </w:p>
    <w:p>
      <w:pPr>
        <w:pStyle w:val="CommentText"/>
      </w:pPr>
      <w:r>
        <w:t>2) Não inclua nome, e-mail, orientador(a), grupo de pesquisa ou qualquer outra identificação de autoria.</w:t>
      </w:r>
    </w:p>
    <w:p>
      <w:pPr>
        <w:pStyle w:val="CommentText"/>
      </w:pPr>
      <w:r>
        <w:t>3) O documento final deve ter no máximo 3 páginas, incluindo as referências.</w:t>
      </w:r>
    </w:p>
    <w:p>
      <w:pPr>
        <w:pStyle w:val="CommentText"/>
      </w:pPr>
      <w:r>
        <w:t>4) Não altere o tamanho da fonte (11 pt) nem o espaçamento (simples).</w:t>
      </w:r>
    </w:p>
  </w:comment>
  <w:comment w:id="1" w:author="PPGCC" w:initials="PPGCC" w:date="2026-09-09T18:57:30Z">
    <w:p>
      <w:pPr>
        <w:pStyle w:val="CommentText"/>
      </w:pPr>
      <w:r>
        <w:rPr>
          <w:rStyle w:val="CommentReference"/>
        </w:rPr>
        <w:annotationRef/>
      </w:r>
      <w:r>
        <w:t>USO DE ARQUIVO .BIB NO WORD:</w:t>
      </w:r>
    </w:p>
    <w:p>
      <w:pPr>
        <w:pStyle w:val="CommentText"/>
      </w:pPr>
      <w:r>
        <w:t>O Microsoft Word não possui um comando nativo equivalente a \bibliography{...} do BibTeX. Para aproveitar um arquivo .bib, importe-o em um gerenciador bibliográfico compatível com Word (por exemplo, Zotero) e use o complemento do gerenciador para inserir as citações e gerar a bibliografia. No Zotero, importe o arquivo .bib para a biblioteca, escolha o estilo bibliográfico desejado e use Add/Edit Citation e Add/Edit Bibliography no Word. Remova este comentário na versão final.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40" w:lineRule="auto"/>
      <w:ind w:firstLine="709"/>
      <w:jc w:val="both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120" w:after="60" w:line="240" w:lineRule="auto"/>
      <w:ind w:left="0" w:firstLine="0"/>
      <w:jc w:val="left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de Projeto de Pesquisa - Doutorado PPGCC/UFMG - Anexo III</dc:title>
  <dc:subject>Template anônimo para o Projeto de Pesquisa do processo seletivo de Doutorado do PPGCC/UFMG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